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200"/>
        <w:jc w:val="center"/>
      </w:pPr>
      <w:r>
        <w:rPr>
          <w:b/>
          <w:color w:val="C59A57"/>
          <w:sz w:val="24"/>
        </w:rPr>
        <w:t>VERA VOSS</w:t>
      </w:r>
    </w:p>
    <w:p>
      <w:pPr>
        <w:pStyle w:val="Title"/>
        <w:jc w:val="center"/>
      </w:pPr>
      <w:r>
        <w:t>THE MASTER</w:t>
        <w:br/>
        <w:t>BRAND BUILD FILE</w:t>
      </w:r>
    </w:p>
    <w:p>
      <w:pPr>
        <w:jc w:val="center"/>
      </w:pPr>
      <w:r>
        <w:rPr>
          <w:i/>
          <w:sz w:val="28"/>
        </w:rPr>
        <w:t>The working operating manual for a brand nobody could mistake for anybody else.</w:t>
      </w:r>
    </w:p>
    <w:p>
      <w:pPr>
        <w:spacing w:before="800"/>
        <w:jc w:val="center"/>
      </w:pPr>
      <w:r>
        <w:rPr>
          <w:b/>
          <w:color w:val="D65743"/>
        </w:rPr>
        <w:t>BUILD THE WOMAN. BUILD THE VOICE. BUILD THE WORLD. BUILD THE BRAND.</w:t>
      </w:r>
    </w:p>
    <w:p>
      <w:pPr>
        <w:jc w:val="center"/>
      </w:pPr>
      <w:r>
        <w:rPr>
          <w:color w:val="D65743"/>
        </w:rPr>
        <w:t>https://vera-voss-prompt-garage.melissasage16.chatgpt.site</w:t>
      </w:r>
    </w:p>
    <w:p>
      <w:r>
        <w:br w:type="page"/>
      </w:r>
    </w:p>
    <w:p>
      <w:pPr>
        <w:pStyle w:val="Title"/>
      </w:pPr>
      <w:r>
        <w:t>HOW TO USE THIS FILE</w:t>
      </w:r>
    </w:p>
    <w:p>
      <w:r>
        <w:t>Complete one Bay at a time. Run the matching prompt in The Prompt Garage, edit the result until it is true, then save the strongest decisions here. This file becomes the source of truth you give AI before asking it to create content.</w:t>
      </w:r>
    </w:p>
    <w:p>
      <w:pPr>
        <w:pStyle w:val="Heading2"/>
      </w:pPr>
      <w:r>
        <w:t>01  Work through the exercise in the Manual.</w:t>
      </w:r>
    </w:p>
    <w:p>
      <w:pPr>
        <w:pStyle w:val="Heading2"/>
      </w:pPr>
      <w:r>
        <w:t>02  Copy the matching prompt from The Prompt Garage.</w:t>
      </w:r>
    </w:p>
    <w:p>
      <w:pPr>
        <w:pStyle w:val="Heading2"/>
      </w:pPr>
      <w:r>
        <w:t>03  Answer follow-up questions with real information.</w:t>
      </w:r>
    </w:p>
    <w:p>
      <w:pPr>
        <w:pStyle w:val="Heading2"/>
      </w:pPr>
      <w:r>
        <w:t>04  Edit the output. AI does not get final custody.</w:t>
      </w:r>
    </w:p>
    <w:p>
      <w:pPr>
        <w:pStyle w:val="Heading2"/>
      </w:pPr>
      <w:r>
        <w:t>05  Paste the finished decisions into this file.</w:t>
      </w:r>
    </w:p>
    <w:p>
      <w:r>
        <w:br w:type="page"/>
      </w:r>
    </w:p>
    <w:p>
      <w:pPr>
        <w:pStyle w:val="Title"/>
      </w:pPr>
      <w:r>
        <w:t>PART 1 — WHO I TALK TO</w:t>
      </w:r>
    </w:p>
    <w:p>
      <w:pPr>
        <w:spacing w:after="80"/>
      </w:pPr>
      <w:r>
        <w:rPr>
          <w:b/>
          <w:color w:val="D65743"/>
          <w:sz w:val="18"/>
        </w:rPr>
        <w:t>MY PERSON IS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SHE IS TRYING TO</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HER REAL LIFE LOOKS LIKE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SHE IS STRUGGLING WITH</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SHE HAS ALREADY TRIED</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SHE IS TIRED OF HEARING</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SHE THINKS THE PROBLEM IS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I BELIEVE THE DEEPER PROBLEM IS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WHAT SHE ACTUALLY WANTS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SHE IS THE WOMAN WHO</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2 — WHAT I BELIEVE</w:t>
      </w:r>
    </w:p>
    <w:p>
      <w:pPr>
        <w:spacing w:after="80"/>
      </w:pPr>
      <w:r>
        <w:rPr>
          <w:b/>
          <w:color w:val="D65743"/>
          <w:sz w:val="18"/>
        </w:rPr>
        <w:t>MY CORE BELIEFS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THINGS I CHALLENGE IN MY NICHE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I WANT MY AUDIENCE TO STOP BELIEVING</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I WANT HER TO START BELIEVING</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3 — WHO THEY ARE GETTING TO KNOW</w:t>
      </w:r>
    </w:p>
    <w:p>
      <w:pPr>
        <w:spacing w:after="80"/>
      </w:pPr>
      <w:r>
        <w:rPr>
          <w:b/>
          <w:color w:val="D65743"/>
          <w:sz w:val="18"/>
        </w:rPr>
        <w:t>THE SHORT VERSION OF MY STORY</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WHAT I AM BUILDING TOWARD</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EXPERIENCES THAT SHAPED HOW I THINK</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THINGS PEOPLE WILL NATURALLY GET TO KNOW ABOUT ME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RECURRING INTERESTS AND DETAILS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STORIES I MAY WANT TO TELL</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THINGS THAT STAY PRIVATE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4 — HOW I SOUND</w:t>
      </w:r>
    </w:p>
    <w:p>
      <w:pPr>
        <w:spacing w:after="80"/>
      </w:pPr>
      <w:r>
        <w:rPr>
          <w:b/>
          <w:color w:val="D65743"/>
          <w:sz w:val="18"/>
        </w:rPr>
        <w:t>MY VOICE IN ONE PARAGRAPH</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WRITING RULES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WORDS AND PHRASES I NATURALLY USE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THINGS I DO NOT SAY</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HUMOR</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PROFANITY</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WHEN I SELL, I SOUND</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WHEN I DISCUSS SOMETHING SERIOUS, I SOUND</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5 — MY VISUAL WORLD</w:t>
      </w:r>
    </w:p>
    <w:p>
      <w:pPr>
        <w:spacing w:after="80"/>
      </w:pPr>
      <w:r>
        <w:rPr>
          <w:b/>
          <w:color w:val="D65743"/>
          <w:sz w:val="18"/>
        </w:rPr>
        <w:t>THE OVERALL FEELING</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CORE COLORS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RECURRING ENVIRONMENTS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WARDROBE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OBJECTS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TEXTURES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LIGHTING AND CAMERA STYLE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3–5 RECOGNITION CUES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VISUALS THAT DO NOT BELONG IN MY WORLD</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FIXED AI CHARACTER DESCRIPTION</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6 — MY POSITIONING + PROFILE</w:t>
      </w:r>
    </w:p>
    <w:p>
      <w:pPr>
        <w:spacing w:after="80"/>
      </w:pPr>
      <w:r>
        <w:rPr>
          <w:b/>
          <w:color w:val="D65743"/>
          <w:sz w:val="18"/>
        </w:rPr>
        <w:t>USERNAME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NAME FIELD</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BIO</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WHAT SOMEONE SHOULD UNDERSTAND WITHIN FIVE SECONDS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PRIMARY NEXT STEP</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CURRENT OFFERS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HIGHLIGHTS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PINNED CONTENT</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7 — MY CONTENT ENGINE</w:t>
      </w:r>
    </w:p>
    <w:p>
      <w:pPr>
        <w:spacing w:after="80"/>
      </w:pPr>
      <w:r>
        <w:rPr>
          <w:b/>
          <w:color w:val="D65743"/>
          <w:sz w:val="18"/>
        </w:rPr>
        <w:t>GROWTH: PROBLEMS, BELIEFS AND OBSERVATIONS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NURTURE: STORIES, EXPERIENCES AND ORDINARY DETAILS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CONVERSION: PROBLEMS, EVIDENCE AND OFFERS</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MY CONTENT RULE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THE ONE THING I WANT HER TO LEAVE THINKING</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PART 8 — HOW I MAKE DECISIONS</w:t>
      </w:r>
    </w:p>
    <w:p>
      <w:pPr>
        <w:spacing w:after="80"/>
      </w:pPr>
      <w:r>
        <w:rPr>
          <w:b/>
          <w:color w:val="D65743"/>
          <w:sz w:val="18"/>
        </w:rPr>
        <w:t>METRICS THAT ACTUALLY MATTER TO ME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SIGNALS I WILL PAY ATTENTION TO</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THINGS I WILL NOT OVERREACT TO</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BEFORE I CHANGE SOMETHING, I WILL ASK: BASED ON WHAT?</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pPr>
        <w:spacing w:after="80"/>
      </w:pPr>
      <w:r>
        <w:rPr>
          <w:b/>
          <w:color w:val="D65743"/>
          <w:sz w:val="18"/>
        </w:rPr>
        <w:t>EVIDENCE I REQUIRE BEFORE A MAJOR CHANGE</w:t>
      </w:r>
    </w:p>
    <w:p>
      <w:pPr>
        <w:spacing w:after="40"/>
      </w:pPr>
      <w:r>
        <w:rPr>
          <w:color w:val="C8C0B6"/>
        </w:rPr>
        <w:t>________________________________________________________________________________</w:t>
      </w:r>
    </w:p>
    <w:p>
      <w:pPr>
        <w:spacing w:after="40"/>
      </w:pPr>
      <w:r>
        <w:rPr>
          <w:color w:val="C8C0B6"/>
        </w:rPr>
        <w:t>________________________________________________________________________________</w:t>
      </w:r>
    </w:p>
    <w:p>
      <w:r>
        <w:br w:type="page"/>
      </w:r>
    </w:p>
    <w:p>
      <w:pPr>
        <w:pStyle w:val="Title"/>
      </w:pPr>
      <w:r>
        <w:t>THE BRAND RECOGNITION AUDIT</w:t>
      </w:r>
    </w:p>
    <w:p>
      <w:r>
        <w:t>☐  I can describe exactly who I am talking to.</w:t>
      </w:r>
    </w:p>
    <w:p>
      <w:r>
        <w:t>☐  I have opinions beyond generic industry advice.</w:t>
      </w:r>
    </w:p>
    <w:p>
      <w:r>
        <w:t>☐  Someone can learn things about me beyond what I sell.</w:t>
      </w:r>
    </w:p>
    <w:p>
      <w:r>
        <w:t>☐  My voice has specific rules, not just adjectives.</w:t>
      </w:r>
    </w:p>
    <w:p>
      <w:r>
        <w:t>☐  I know what language does not belong in my brand.</w:t>
      </w:r>
    </w:p>
    <w:p>
      <w:r>
        <w:t>☐  My visuals feel like one recognizable world.</w:t>
      </w:r>
    </w:p>
    <w:p>
      <w:r>
        <w:t>☐  I have recurring visual cues.</w:t>
      </w:r>
    </w:p>
    <w:p>
      <w:r>
        <w:t>☐  My profile tells the right person she is in the right place.</w:t>
      </w:r>
    </w:p>
    <w:p>
      <w:r>
        <w:t>☐  My content has distinct jobs.</w:t>
      </w:r>
    </w:p>
    <w:p>
      <w:r>
        <w:t>☐  My Growth content contains my point of view.</w:t>
      </w:r>
    </w:p>
    <w:p>
      <w:r>
        <w:t>☐  My Nurture content lets people know me.</w:t>
      </w:r>
    </w:p>
    <w:p>
      <w:r>
        <w:t>☐  My Conversion content uses real evidence.</w:t>
      </w:r>
    </w:p>
    <w:p>
      <w:r>
        <w:t>☐  I can use AI without asking it to invent my personality.</w:t>
      </w:r>
    </w:p>
    <w:p>
      <w:r>
        <w:t>☐  I know what stays private.</w:t>
      </w:r>
    </w:p>
    <w:p>
      <w:r>
        <w:t>☐  I have a process for deciding what actually needs changing.</w:t>
      </w:r>
    </w:p>
    <w:p>
      <w:r>
        <w:br/>
        <w:t>12–15 YES — The engine starts. Go post something.</w:t>
        <w:br/>
        <w:t>8–11 YES — You have the bones. Repair the weak spots before adding more.</w:t>
        <w:br/>
        <w:t>0–7 YES — We are not ordering the custom paint yet.</w:t>
      </w:r>
    </w:p>
    <w:p>
      <w:r>
        <w:rPr>
          <w:b/>
        </w:rPr>
        <w:br/>
        <w:t>YOUR GOAL WAS TO BUILD A BRAND NOBODY COULD MISTAKE FOR ANYONE BUT YOU.</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71614"/>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1614"/>
      <w:sz w:val="4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D65743"/>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71614"/>
      <w:spacing w:val="5"/>
      <w:kern w:val="28"/>
      <w:sz w:val="8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